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BEA50" w14:textId="77777777" w:rsidR="00BC778F" w:rsidRPr="0091446F" w:rsidRDefault="00000000" w:rsidP="00D74D61">
      <w:pPr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b/>
          <w:sz w:val="24"/>
          <w:szCs w:val="24"/>
        </w:rPr>
        <w:t>CONSILIUL JUDEȚEAN DOLJ</w:t>
      </w:r>
    </w:p>
    <w:p w14:paraId="78C8EDA7" w14:textId="77777777" w:rsidR="00BC778F" w:rsidRPr="0091446F" w:rsidRDefault="00000000" w:rsidP="0091446F">
      <w:pPr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b/>
          <w:sz w:val="24"/>
          <w:szCs w:val="24"/>
        </w:rPr>
        <w:t>ANEXA 3.1 – RAPORT TEHNIC</w:t>
      </w:r>
    </w:p>
    <w:p w14:paraId="1D32F909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spellStart"/>
      <w:r w:rsidRPr="0091446F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91446F">
        <w:rPr>
          <w:rFonts w:ascii="Times New Roman" w:hAnsi="Times New Roman" w:cs="Times New Roman"/>
          <w:sz w:val="24"/>
          <w:szCs w:val="24"/>
        </w:rPr>
        <w:t xml:space="preserve"> nr.: __________</w:t>
      </w:r>
    </w:p>
    <w:p w14:paraId="47889826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 xml:space="preserve">Tip raport: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t xml:space="preserve"> intermediar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t xml:space="preserve"> final</w:t>
      </w:r>
    </w:p>
    <w:p w14:paraId="5E41C763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Perioada raportată: __________ – __________</w:t>
      </w:r>
    </w:p>
    <w:p w14:paraId="1C8B1C26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Contract de finanțare nr.: __________ / 2026</w:t>
      </w:r>
    </w:p>
    <w:p w14:paraId="1FC3A8F6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Beneficiar: ______________________________________________</w:t>
      </w:r>
    </w:p>
    <w:p w14:paraId="30359FF6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Titlul proiectului: _________________________________________</w:t>
      </w:r>
    </w:p>
    <w:p w14:paraId="14467BDC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Valoarea finanțării aprobate: __________ lei</w:t>
      </w:r>
    </w:p>
    <w:p w14:paraId="6F0A5214" w14:textId="77777777" w:rsidR="00BC778F" w:rsidRPr="0091446F" w:rsidRDefault="00000000">
      <w:pPr>
        <w:pStyle w:val="Heading2"/>
        <w:rPr>
          <w:rFonts w:ascii="Times New Roman" w:hAnsi="Times New Roman" w:cs="Times New Roman"/>
          <w:szCs w:val="24"/>
        </w:rPr>
      </w:pPr>
      <w:r w:rsidRPr="0091446F">
        <w:rPr>
          <w:rFonts w:ascii="Times New Roman" w:hAnsi="Times New Roman" w:cs="Times New Roman"/>
          <w:szCs w:val="24"/>
        </w:rPr>
        <w:t>1. STADIUL IMPLEMENTĂRII</w:t>
      </w:r>
    </w:p>
    <w:p w14:paraId="79FBBB14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Descrierea modului de realizare a proiectului în perioada raportată:</w:t>
      </w:r>
      <w:r w:rsidRPr="0091446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</w:t>
      </w:r>
      <w:r w:rsidRPr="0091446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</w:t>
      </w:r>
    </w:p>
    <w:p w14:paraId="4944EB2C" w14:textId="77777777" w:rsidR="00BC778F" w:rsidRPr="0091446F" w:rsidRDefault="00000000">
      <w:pPr>
        <w:pStyle w:val="Heading2"/>
        <w:rPr>
          <w:rFonts w:ascii="Times New Roman" w:hAnsi="Times New Roman" w:cs="Times New Roman"/>
          <w:szCs w:val="24"/>
        </w:rPr>
      </w:pPr>
      <w:r w:rsidRPr="0091446F">
        <w:rPr>
          <w:rFonts w:ascii="Times New Roman" w:hAnsi="Times New Roman" w:cs="Times New Roman"/>
          <w:szCs w:val="24"/>
        </w:rPr>
        <w:t>2. ACTIVITĂȚI REALIZATE</w:t>
      </w:r>
    </w:p>
    <w:p w14:paraId="73FEC907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Activitate | Perioada | Participanți/beneficiari | Rezultate</w:t>
      </w:r>
      <w:r w:rsidRPr="0091446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</w:t>
      </w:r>
      <w:r w:rsidRPr="0091446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</w:t>
      </w:r>
    </w:p>
    <w:p w14:paraId="10730DC7" w14:textId="77777777" w:rsidR="00BC778F" w:rsidRPr="0091446F" w:rsidRDefault="00000000">
      <w:pPr>
        <w:pStyle w:val="Heading2"/>
        <w:rPr>
          <w:rFonts w:ascii="Times New Roman" w:hAnsi="Times New Roman" w:cs="Times New Roman"/>
          <w:szCs w:val="24"/>
        </w:rPr>
      </w:pPr>
      <w:r w:rsidRPr="0091446F">
        <w:rPr>
          <w:rFonts w:ascii="Times New Roman" w:hAnsi="Times New Roman" w:cs="Times New Roman"/>
          <w:szCs w:val="24"/>
        </w:rPr>
        <w:t>3. REZULTATE ȘI INDICATORI</w:t>
      </w:r>
    </w:p>
    <w:p w14:paraId="28E44510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Indicator asumat | Țintă | Realizat | Observații</w:t>
      </w:r>
      <w:r w:rsidRPr="0091446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</w:t>
      </w:r>
      <w:r w:rsidRPr="0091446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</w:t>
      </w:r>
    </w:p>
    <w:p w14:paraId="583A5260" w14:textId="77777777" w:rsidR="00BC778F" w:rsidRPr="0091446F" w:rsidRDefault="00000000">
      <w:pPr>
        <w:pStyle w:val="Heading2"/>
        <w:rPr>
          <w:rFonts w:ascii="Times New Roman" w:hAnsi="Times New Roman" w:cs="Times New Roman"/>
          <w:szCs w:val="24"/>
        </w:rPr>
      </w:pPr>
      <w:r w:rsidRPr="0091446F">
        <w:rPr>
          <w:rFonts w:ascii="Times New Roman" w:hAnsi="Times New Roman" w:cs="Times New Roman"/>
          <w:szCs w:val="24"/>
        </w:rPr>
        <w:t>4. DEVIAȚII / MODIFICĂRI</w:t>
      </w:r>
    </w:p>
    <w:p w14:paraId="5077055D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 xml:space="preserve">Au existat întârzieri sau modificări față de cererea aprobată? DA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t xml:space="preserve"> NU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br/>
        <w:t>Dacă DA, descriere și măsuri: __________________________________________________</w:t>
      </w:r>
    </w:p>
    <w:p w14:paraId="0115AE7C" w14:textId="77777777" w:rsidR="00BC778F" w:rsidRPr="0091446F" w:rsidRDefault="00000000">
      <w:pPr>
        <w:pStyle w:val="Heading2"/>
        <w:rPr>
          <w:rFonts w:ascii="Times New Roman" w:hAnsi="Times New Roman" w:cs="Times New Roman"/>
          <w:szCs w:val="24"/>
        </w:rPr>
      </w:pPr>
      <w:r w:rsidRPr="0091446F">
        <w:rPr>
          <w:rFonts w:ascii="Times New Roman" w:hAnsi="Times New Roman" w:cs="Times New Roman"/>
          <w:szCs w:val="24"/>
        </w:rPr>
        <w:t>5. VIZIBILITATE ȘI PROMOVARE</w:t>
      </w:r>
    </w:p>
    <w:p w14:paraId="37D37B87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>Mijloace utilizate și rezultate: ______________________________________________</w:t>
      </w:r>
    </w:p>
    <w:p w14:paraId="4736B187" w14:textId="77777777" w:rsidR="00BC778F" w:rsidRPr="0091446F" w:rsidRDefault="00000000">
      <w:pPr>
        <w:pStyle w:val="Heading2"/>
        <w:rPr>
          <w:rFonts w:ascii="Times New Roman" w:hAnsi="Times New Roman" w:cs="Times New Roman"/>
          <w:szCs w:val="24"/>
        </w:rPr>
      </w:pPr>
      <w:r w:rsidRPr="0091446F">
        <w:rPr>
          <w:rFonts w:ascii="Times New Roman" w:hAnsi="Times New Roman" w:cs="Times New Roman"/>
          <w:szCs w:val="24"/>
        </w:rPr>
        <w:t>6. CONCLUZII</w:t>
      </w:r>
    </w:p>
    <w:p w14:paraId="184551ED" w14:textId="77777777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 xml:space="preserve">Implementarea proiectului este conformă cu cererea de finanțare și bugetul aprobate: DA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t xml:space="preserve"> NU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</w:p>
    <w:p w14:paraId="3664A852" w14:textId="77777777" w:rsidR="00BC778F" w:rsidRDefault="00000000">
      <w:pPr>
        <w:spacing w:after="80"/>
        <w:rPr>
          <w:rFonts w:ascii="Segoe UI Symbol" w:hAnsi="Segoe UI Symbol" w:cs="Segoe UI Symbol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 xml:space="preserve">Documente suport anexate: fotografii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t xml:space="preserve"> materiale promoționale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t xml:space="preserve"> liste participanți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  <w:r w:rsidRPr="00914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46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914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46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91446F">
        <w:rPr>
          <w:rFonts w:ascii="Times New Roman" w:hAnsi="Times New Roman" w:cs="Times New Roman"/>
          <w:sz w:val="24"/>
          <w:szCs w:val="24"/>
        </w:rPr>
        <w:t xml:space="preserve"> </w:t>
      </w:r>
      <w:r w:rsidRPr="0091446F">
        <w:rPr>
          <w:rFonts w:ascii="Segoe UI Symbol" w:hAnsi="Segoe UI Symbol" w:cs="Segoe UI Symbol"/>
          <w:sz w:val="24"/>
          <w:szCs w:val="24"/>
        </w:rPr>
        <w:t>☐</w:t>
      </w:r>
    </w:p>
    <w:p w14:paraId="1BEE167A" w14:textId="77777777" w:rsidR="0091446F" w:rsidRPr="0091446F" w:rsidRDefault="0091446F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508515A" w14:textId="77777777" w:rsid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spellStart"/>
      <w:r w:rsidRPr="0091446F"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 w:rsidRPr="0091446F">
        <w:rPr>
          <w:rFonts w:ascii="Times New Roman" w:hAnsi="Times New Roman" w:cs="Times New Roman"/>
          <w:sz w:val="24"/>
          <w:szCs w:val="24"/>
        </w:rPr>
        <w:t xml:space="preserve"> legal: _________________________</w:t>
      </w:r>
    </w:p>
    <w:p w14:paraId="4E9A269B" w14:textId="5B25E134" w:rsidR="00BC778F" w:rsidRPr="0091446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14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46F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91446F">
        <w:rPr>
          <w:rFonts w:ascii="Times New Roman" w:hAnsi="Times New Roman" w:cs="Times New Roman"/>
          <w:sz w:val="24"/>
          <w:szCs w:val="24"/>
        </w:rPr>
        <w:t>: __________________  Data: __________</w:t>
      </w:r>
    </w:p>
    <w:sectPr w:rsidR="00BC778F" w:rsidRPr="0091446F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94813">
    <w:abstractNumId w:val="8"/>
  </w:num>
  <w:num w:numId="2" w16cid:durableId="1992831079">
    <w:abstractNumId w:val="6"/>
  </w:num>
  <w:num w:numId="3" w16cid:durableId="1482966333">
    <w:abstractNumId w:val="5"/>
  </w:num>
  <w:num w:numId="4" w16cid:durableId="1627346318">
    <w:abstractNumId w:val="4"/>
  </w:num>
  <w:num w:numId="5" w16cid:durableId="647127682">
    <w:abstractNumId w:val="7"/>
  </w:num>
  <w:num w:numId="6" w16cid:durableId="1020813070">
    <w:abstractNumId w:val="3"/>
  </w:num>
  <w:num w:numId="7" w16cid:durableId="397099582">
    <w:abstractNumId w:val="2"/>
  </w:num>
  <w:num w:numId="8" w16cid:durableId="1845168695">
    <w:abstractNumId w:val="1"/>
  </w:num>
  <w:num w:numId="9" w16cid:durableId="102112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7346"/>
    <w:rsid w:val="0091446F"/>
    <w:rsid w:val="00AA1D8D"/>
    <w:rsid w:val="00B47730"/>
    <w:rsid w:val="00BC778F"/>
    <w:rsid w:val="00BD744D"/>
    <w:rsid w:val="00CB0664"/>
    <w:rsid w:val="00D74D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47566A"/>
  <w14:defaultImageDpi w14:val="300"/>
  <w15:docId w15:val="{E75E04B7-7F06-4230-83A4-FD7C7723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Loredana Neagoe</cp:lastModifiedBy>
  <cp:revision>5</cp:revision>
  <dcterms:created xsi:type="dcterms:W3CDTF">2013-12-23T23:15:00Z</dcterms:created>
  <dcterms:modified xsi:type="dcterms:W3CDTF">2026-09-25T12:06:00Z</dcterms:modified>
  <cp:category/>
</cp:coreProperties>
</file>