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CDF2F" w14:textId="77777777" w:rsidR="00EE11CF" w:rsidRPr="0088645B" w:rsidRDefault="00000000" w:rsidP="0088645B">
      <w:pPr>
        <w:rPr>
          <w:rFonts w:ascii="Times New Roman" w:hAnsi="Times New Roman" w:cs="Times New Roman"/>
          <w:sz w:val="24"/>
          <w:szCs w:val="24"/>
        </w:rPr>
      </w:pPr>
      <w:r w:rsidRPr="0088645B">
        <w:rPr>
          <w:rFonts w:ascii="Times New Roman" w:hAnsi="Times New Roman" w:cs="Times New Roman"/>
          <w:b/>
          <w:sz w:val="24"/>
          <w:szCs w:val="24"/>
        </w:rPr>
        <w:t>CONSILIUL JUDEȚEAN DOLJ</w:t>
      </w:r>
    </w:p>
    <w:p w14:paraId="748B0AAD" w14:textId="77777777" w:rsidR="00EE11CF" w:rsidRDefault="00000000" w:rsidP="0088645B">
      <w:pPr>
        <w:rPr>
          <w:rFonts w:ascii="Times New Roman" w:hAnsi="Times New Roman" w:cs="Times New Roman"/>
          <w:b/>
          <w:sz w:val="24"/>
          <w:szCs w:val="24"/>
        </w:rPr>
      </w:pPr>
      <w:r w:rsidRPr="0088645B">
        <w:rPr>
          <w:rFonts w:ascii="Times New Roman" w:hAnsi="Times New Roman" w:cs="Times New Roman"/>
          <w:b/>
          <w:sz w:val="24"/>
          <w:szCs w:val="24"/>
        </w:rPr>
        <w:t>ANEXA 5 – DECLARAȚIE PE PROPRIA RĂSPUNDERE</w:t>
      </w:r>
    </w:p>
    <w:p w14:paraId="7CCB40DC" w14:textId="77777777" w:rsidR="0088645B" w:rsidRPr="0088645B" w:rsidRDefault="0088645B" w:rsidP="0088645B">
      <w:pPr>
        <w:rPr>
          <w:rFonts w:ascii="Times New Roman" w:hAnsi="Times New Roman" w:cs="Times New Roman"/>
          <w:sz w:val="24"/>
          <w:szCs w:val="24"/>
        </w:rPr>
      </w:pPr>
    </w:p>
    <w:p w14:paraId="5D5532D0" w14:textId="77777777" w:rsidR="00EE11CF" w:rsidRPr="0088645B" w:rsidRDefault="00000000" w:rsidP="0088645B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88645B">
        <w:rPr>
          <w:rFonts w:ascii="Times New Roman" w:hAnsi="Times New Roman" w:cs="Times New Roman"/>
          <w:sz w:val="24"/>
          <w:szCs w:val="24"/>
        </w:rPr>
        <w:t>Subsemnatul/</w:t>
      </w:r>
      <w:proofErr w:type="spellStart"/>
      <w:r w:rsidRPr="0088645B">
        <w:rPr>
          <w:rFonts w:ascii="Times New Roman" w:hAnsi="Times New Roman" w:cs="Times New Roman"/>
          <w:sz w:val="24"/>
          <w:szCs w:val="24"/>
        </w:rPr>
        <w:t>Subsemnata</w:t>
      </w:r>
      <w:proofErr w:type="spellEnd"/>
      <w:r w:rsidRPr="0088645B">
        <w:rPr>
          <w:rFonts w:ascii="Times New Roman" w:hAnsi="Times New Roman" w:cs="Times New Roman"/>
          <w:sz w:val="24"/>
          <w:szCs w:val="24"/>
        </w:rPr>
        <w:t xml:space="preserve"> ____________________________, </w:t>
      </w:r>
      <w:proofErr w:type="spellStart"/>
      <w:r w:rsidRPr="0088645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6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45B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88645B">
        <w:rPr>
          <w:rFonts w:ascii="Times New Roman" w:hAnsi="Times New Roman" w:cs="Times New Roman"/>
          <w:sz w:val="24"/>
          <w:szCs w:val="24"/>
        </w:rPr>
        <w:t xml:space="preserve"> de reprezentant legal al ____________________________, declar pe propria răspundere, cunoscând prevederile legale privind falsul în declarații, că:</w:t>
      </w:r>
    </w:p>
    <w:p w14:paraId="288B3B04" w14:textId="77777777" w:rsidR="00EE11CF" w:rsidRPr="0088645B" w:rsidRDefault="00000000" w:rsidP="0088645B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88645B">
        <w:rPr>
          <w:rFonts w:ascii="Segoe UI Symbol" w:hAnsi="Segoe UI Symbol" w:cs="Segoe UI Symbol"/>
          <w:sz w:val="24"/>
          <w:szCs w:val="24"/>
        </w:rPr>
        <w:t>☐</w:t>
      </w:r>
      <w:r w:rsidRPr="0088645B">
        <w:rPr>
          <w:rFonts w:ascii="Times New Roman" w:hAnsi="Times New Roman" w:cs="Times New Roman"/>
          <w:sz w:val="24"/>
          <w:szCs w:val="24"/>
        </w:rPr>
        <w:t xml:space="preserve"> organizația este persoană juridică de drept privat și fără scop patrimonial și funcționează în condițiile OG nr. 26/2000, cu modificările și completările ulterioare;</w:t>
      </w:r>
    </w:p>
    <w:p w14:paraId="0063E00C" w14:textId="77777777" w:rsidR="00EE11CF" w:rsidRPr="0088645B" w:rsidRDefault="00000000" w:rsidP="0088645B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88645B">
        <w:rPr>
          <w:rFonts w:ascii="Segoe UI Symbol" w:hAnsi="Segoe UI Symbol" w:cs="Segoe UI Symbol"/>
          <w:sz w:val="24"/>
          <w:szCs w:val="24"/>
        </w:rPr>
        <w:t>☐</w:t>
      </w:r>
      <w:r w:rsidRPr="0088645B">
        <w:rPr>
          <w:rFonts w:ascii="Times New Roman" w:hAnsi="Times New Roman" w:cs="Times New Roman"/>
          <w:sz w:val="24"/>
          <w:szCs w:val="24"/>
        </w:rPr>
        <w:t xml:space="preserve"> organizația îndeplinește condițiile art. 11 din Legea nr. 350/2006: scopul statutar vizează direct domeniul tineretului, majoritatea obiectivelor sunt adresate tinerilor, iar cel puțin două treimi din numărul total al membrilor sunt tineri; </w:t>
      </w:r>
      <w:r w:rsidRPr="0088645B">
        <w:rPr>
          <w:rFonts w:ascii="Segoe UI Symbol" w:hAnsi="Segoe UI Symbol" w:cs="Segoe UI Symbol"/>
          <w:sz w:val="24"/>
          <w:szCs w:val="24"/>
        </w:rPr>
        <w:t>☐</w:t>
      </w:r>
    </w:p>
    <w:p w14:paraId="1296ECCD" w14:textId="77777777" w:rsidR="00EE11CF" w:rsidRPr="0088645B" w:rsidRDefault="00000000" w:rsidP="0088645B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88645B">
        <w:rPr>
          <w:rFonts w:ascii="Segoe UI Symbol" w:hAnsi="Segoe UI Symbol" w:cs="Segoe UI Symbol"/>
          <w:sz w:val="24"/>
          <w:szCs w:val="24"/>
        </w:rPr>
        <w:t>☐</w:t>
      </w:r>
      <w:r w:rsidRPr="0088645B">
        <w:rPr>
          <w:rFonts w:ascii="Times New Roman" w:hAnsi="Times New Roman" w:cs="Times New Roman"/>
          <w:sz w:val="24"/>
          <w:szCs w:val="24"/>
        </w:rPr>
        <w:t xml:space="preserve"> în cazul unei federații, aceasta îndeplinește condițiile legale pentru asimilarea organizațiilor neguvernamentale de tineret; </w:t>
      </w:r>
      <w:r w:rsidRPr="0088645B">
        <w:rPr>
          <w:rFonts w:ascii="Segoe UI Symbol" w:hAnsi="Segoe UI Symbol" w:cs="Segoe UI Symbol"/>
          <w:sz w:val="24"/>
          <w:szCs w:val="24"/>
        </w:rPr>
        <w:t>☐</w:t>
      </w:r>
      <w:r w:rsidRPr="0088645B">
        <w:rPr>
          <w:rFonts w:ascii="Times New Roman" w:hAnsi="Times New Roman" w:cs="Times New Roman"/>
          <w:sz w:val="24"/>
          <w:szCs w:val="24"/>
        </w:rPr>
        <w:t xml:space="preserve"> / NU SE APLICĂ </w:t>
      </w:r>
      <w:r w:rsidRPr="0088645B">
        <w:rPr>
          <w:rFonts w:ascii="Segoe UI Symbol" w:hAnsi="Segoe UI Symbol" w:cs="Segoe UI Symbol"/>
          <w:sz w:val="24"/>
          <w:szCs w:val="24"/>
        </w:rPr>
        <w:t>☐</w:t>
      </w:r>
    </w:p>
    <w:p w14:paraId="4307300B" w14:textId="77777777" w:rsidR="00EE11CF" w:rsidRPr="0088645B" w:rsidRDefault="00000000" w:rsidP="0088645B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88645B">
        <w:rPr>
          <w:rFonts w:ascii="Segoe UI Symbol" w:hAnsi="Segoe UI Symbol" w:cs="Segoe UI Symbol"/>
          <w:sz w:val="24"/>
          <w:szCs w:val="24"/>
        </w:rPr>
        <w:t>☐</w:t>
      </w:r>
      <w:r w:rsidRPr="0088645B">
        <w:rPr>
          <w:rFonts w:ascii="Times New Roman" w:hAnsi="Times New Roman" w:cs="Times New Roman"/>
          <w:sz w:val="24"/>
          <w:szCs w:val="24"/>
        </w:rPr>
        <w:t xml:space="preserve"> organizația este direct responsabilă de elaborarea și implementarea proiectului și nu acționează ca intermediar;</w:t>
      </w:r>
    </w:p>
    <w:p w14:paraId="05CAE75A" w14:textId="77777777" w:rsidR="00EE11CF" w:rsidRPr="0088645B" w:rsidRDefault="00000000" w:rsidP="0088645B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88645B">
        <w:rPr>
          <w:rFonts w:ascii="Segoe UI Symbol" w:hAnsi="Segoe UI Symbol" w:cs="Segoe UI Symbol"/>
          <w:sz w:val="24"/>
          <w:szCs w:val="24"/>
        </w:rPr>
        <w:t>☐</w:t>
      </w:r>
      <w:r w:rsidRPr="0088645B">
        <w:rPr>
          <w:rFonts w:ascii="Times New Roman" w:hAnsi="Times New Roman" w:cs="Times New Roman"/>
          <w:sz w:val="24"/>
          <w:szCs w:val="24"/>
        </w:rPr>
        <w:t xml:space="preserve"> datele și informațiile din cererea de finanțare și documentele anexate sunt reale, complete și actuale;</w:t>
      </w:r>
    </w:p>
    <w:p w14:paraId="541A2D14" w14:textId="77777777" w:rsidR="00EE11CF" w:rsidRPr="0088645B" w:rsidRDefault="00000000" w:rsidP="0088645B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88645B">
        <w:rPr>
          <w:rFonts w:ascii="Segoe UI Symbol" w:hAnsi="Segoe UI Symbol" w:cs="Segoe UI Symbol"/>
          <w:sz w:val="24"/>
          <w:szCs w:val="24"/>
        </w:rPr>
        <w:t>☐</w:t>
      </w:r>
      <w:r w:rsidRPr="0088645B">
        <w:rPr>
          <w:rFonts w:ascii="Times New Roman" w:hAnsi="Times New Roman" w:cs="Times New Roman"/>
          <w:sz w:val="24"/>
          <w:szCs w:val="24"/>
        </w:rPr>
        <w:t xml:space="preserve"> proiectul are tinerii ca beneficiari direcți și se încadrează în activitățile eligibile prevăzute în Ghid;</w:t>
      </w:r>
    </w:p>
    <w:p w14:paraId="0B4039C0" w14:textId="77777777" w:rsidR="00EE11CF" w:rsidRPr="0088645B" w:rsidRDefault="00000000" w:rsidP="0088645B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88645B">
        <w:rPr>
          <w:rFonts w:ascii="Segoe UI Symbol" w:hAnsi="Segoe UI Symbol" w:cs="Segoe UI Symbol"/>
          <w:sz w:val="24"/>
          <w:szCs w:val="24"/>
        </w:rPr>
        <w:t>☐</w:t>
      </w:r>
      <w:r w:rsidRPr="0088645B">
        <w:rPr>
          <w:rFonts w:ascii="Times New Roman" w:hAnsi="Times New Roman" w:cs="Times New Roman"/>
          <w:sz w:val="24"/>
          <w:szCs w:val="24"/>
        </w:rPr>
        <w:t xml:space="preserve"> nu am solicitat și nu voi solicita decontarea acelorași cheltuieli din două surse publice, în măsura în care ar rezulta finanțarea dublă </w:t>
      </w:r>
      <w:proofErr w:type="gramStart"/>
      <w:r w:rsidRPr="0088645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8645B">
        <w:rPr>
          <w:rFonts w:ascii="Times New Roman" w:hAnsi="Times New Roman" w:cs="Times New Roman"/>
          <w:sz w:val="24"/>
          <w:szCs w:val="24"/>
        </w:rPr>
        <w:t xml:space="preserve"> acelorași costuri;</w:t>
      </w:r>
    </w:p>
    <w:p w14:paraId="39F43A4A" w14:textId="77777777" w:rsidR="00EE11CF" w:rsidRPr="0088645B" w:rsidRDefault="00000000" w:rsidP="0088645B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88645B">
        <w:rPr>
          <w:rFonts w:ascii="Segoe UI Symbol" w:hAnsi="Segoe UI Symbol" w:cs="Segoe UI Symbol"/>
          <w:sz w:val="24"/>
          <w:szCs w:val="24"/>
        </w:rPr>
        <w:t>☐</w:t>
      </w:r>
      <w:r w:rsidRPr="0088645B">
        <w:rPr>
          <w:rFonts w:ascii="Times New Roman" w:hAnsi="Times New Roman" w:cs="Times New Roman"/>
          <w:sz w:val="24"/>
          <w:szCs w:val="24"/>
        </w:rPr>
        <w:t xml:space="preserve"> fondurile primite vor fi utilizate exclusiv pentru activitățile și cheltuielile aprobate;</w:t>
      </w:r>
    </w:p>
    <w:p w14:paraId="696D03EB" w14:textId="77777777" w:rsidR="00EE11CF" w:rsidRPr="0088645B" w:rsidRDefault="00000000" w:rsidP="0088645B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88645B">
        <w:rPr>
          <w:rFonts w:ascii="Segoe UI Symbol" w:hAnsi="Segoe UI Symbol" w:cs="Segoe UI Symbol"/>
          <w:sz w:val="24"/>
          <w:szCs w:val="24"/>
        </w:rPr>
        <w:t>☐</w:t>
      </w:r>
      <w:r w:rsidRPr="0088645B">
        <w:rPr>
          <w:rFonts w:ascii="Times New Roman" w:hAnsi="Times New Roman" w:cs="Times New Roman"/>
          <w:sz w:val="24"/>
          <w:szCs w:val="24"/>
        </w:rPr>
        <w:t xml:space="preserve"> voi păstra și prezenta documentele justificative privind utilizarea finanțării și voi permite verificările prevăzute în contract;</w:t>
      </w:r>
    </w:p>
    <w:p w14:paraId="163C42D0" w14:textId="77777777" w:rsidR="00EE11CF" w:rsidRPr="0088645B" w:rsidRDefault="00000000" w:rsidP="0088645B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88645B">
        <w:rPr>
          <w:rFonts w:ascii="Segoe UI Symbol" w:hAnsi="Segoe UI Symbol" w:cs="Segoe UI Symbol"/>
          <w:sz w:val="24"/>
          <w:szCs w:val="24"/>
        </w:rPr>
        <w:t>☐</w:t>
      </w:r>
      <w:r w:rsidRPr="0088645B">
        <w:rPr>
          <w:rFonts w:ascii="Times New Roman" w:hAnsi="Times New Roman" w:cs="Times New Roman"/>
          <w:sz w:val="24"/>
          <w:szCs w:val="24"/>
        </w:rPr>
        <w:t xml:space="preserve"> voi restitui sumele neutilizate sau nejustificate, potrivit contractului;</w:t>
      </w:r>
    </w:p>
    <w:p w14:paraId="29A8E755" w14:textId="77777777" w:rsidR="0088645B" w:rsidRDefault="0088645B" w:rsidP="0088645B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7DAA2680" w14:textId="77777777" w:rsidR="0088645B" w:rsidRDefault="0088645B" w:rsidP="0088645B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5DA8EA47" w14:textId="77777777" w:rsidR="0088645B" w:rsidRPr="0088645B" w:rsidRDefault="0088645B" w:rsidP="0088645B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4401D6FF" w14:textId="77777777" w:rsidR="0088645B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88645B">
        <w:rPr>
          <w:rFonts w:ascii="Times New Roman" w:hAnsi="Times New Roman" w:cs="Times New Roman"/>
          <w:sz w:val="24"/>
          <w:szCs w:val="24"/>
        </w:rPr>
        <w:t xml:space="preserve">Nume și </w:t>
      </w:r>
      <w:proofErr w:type="spellStart"/>
      <w:r w:rsidRPr="0088645B">
        <w:rPr>
          <w:rFonts w:ascii="Times New Roman" w:hAnsi="Times New Roman" w:cs="Times New Roman"/>
          <w:sz w:val="24"/>
          <w:szCs w:val="24"/>
        </w:rPr>
        <w:t>prenume</w:t>
      </w:r>
      <w:proofErr w:type="spellEnd"/>
      <w:r w:rsidRPr="0088645B">
        <w:rPr>
          <w:rFonts w:ascii="Times New Roman" w:hAnsi="Times New Roman" w:cs="Times New Roman"/>
          <w:sz w:val="24"/>
          <w:szCs w:val="24"/>
        </w:rPr>
        <w:t>: _________________________</w:t>
      </w:r>
      <w:proofErr w:type="gramStart"/>
      <w:r w:rsidRPr="0088645B">
        <w:rPr>
          <w:rFonts w:ascii="Times New Roman" w:hAnsi="Times New Roman" w:cs="Times New Roman"/>
          <w:sz w:val="24"/>
          <w:szCs w:val="24"/>
        </w:rPr>
        <w:t xml:space="preserve">_  </w:t>
      </w:r>
      <w:proofErr w:type="spellStart"/>
      <w:r w:rsidRPr="0088645B">
        <w:rPr>
          <w:rFonts w:ascii="Times New Roman" w:hAnsi="Times New Roman" w:cs="Times New Roman"/>
          <w:sz w:val="24"/>
          <w:szCs w:val="24"/>
        </w:rPr>
        <w:t>Funcția</w:t>
      </w:r>
      <w:proofErr w:type="spellEnd"/>
      <w:proofErr w:type="gramEnd"/>
      <w:r w:rsidRPr="0088645B">
        <w:rPr>
          <w:rFonts w:ascii="Times New Roman" w:hAnsi="Times New Roman" w:cs="Times New Roman"/>
          <w:sz w:val="24"/>
          <w:szCs w:val="24"/>
        </w:rPr>
        <w:t>: ____________________</w:t>
      </w:r>
    </w:p>
    <w:p w14:paraId="2EAED476" w14:textId="34308241" w:rsidR="00EE11CF" w:rsidRPr="0088645B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88645B">
        <w:rPr>
          <w:rFonts w:ascii="Times New Roman" w:hAnsi="Times New Roman" w:cs="Times New Roman"/>
          <w:sz w:val="24"/>
          <w:szCs w:val="24"/>
        </w:rPr>
        <w:br/>
        <w:t>Semnătura: ________________________________</w:t>
      </w:r>
      <w:proofErr w:type="gramStart"/>
      <w:r w:rsidRPr="0088645B">
        <w:rPr>
          <w:rFonts w:ascii="Times New Roman" w:hAnsi="Times New Roman" w:cs="Times New Roman"/>
          <w:sz w:val="24"/>
          <w:szCs w:val="24"/>
        </w:rPr>
        <w:t>_  Data</w:t>
      </w:r>
      <w:proofErr w:type="gramEnd"/>
      <w:r w:rsidRPr="0088645B">
        <w:rPr>
          <w:rFonts w:ascii="Times New Roman" w:hAnsi="Times New Roman" w:cs="Times New Roman"/>
          <w:sz w:val="24"/>
          <w:szCs w:val="24"/>
        </w:rPr>
        <w:t>: ______________________</w:t>
      </w:r>
    </w:p>
    <w:sectPr w:rsidR="00EE11CF" w:rsidRPr="0088645B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4456654">
    <w:abstractNumId w:val="8"/>
  </w:num>
  <w:num w:numId="2" w16cid:durableId="300579194">
    <w:abstractNumId w:val="6"/>
  </w:num>
  <w:num w:numId="3" w16cid:durableId="1676567630">
    <w:abstractNumId w:val="5"/>
  </w:num>
  <w:num w:numId="4" w16cid:durableId="223953710">
    <w:abstractNumId w:val="4"/>
  </w:num>
  <w:num w:numId="5" w16cid:durableId="490949844">
    <w:abstractNumId w:val="7"/>
  </w:num>
  <w:num w:numId="6" w16cid:durableId="725496926">
    <w:abstractNumId w:val="3"/>
  </w:num>
  <w:num w:numId="7" w16cid:durableId="38866538">
    <w:abstractNumId w:val="2"/>
  </w:num>
  <w:num w:numId="8" w16cid:durableId="493955407">
    <w:abstractNumId w:val="1"/>
  </w:num>
  <w:num w:numId="9" w16cid:durableId="261188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243"/>
    <w:rsid w:val="00034616"/>
    <w:rsid w:val="0006063C"/>
    <w:rsid w:val="0015074B"/>
    <w:rsid w:val="0029639D"/>
    <w:rsid w:val="00326F90"/>
    <w:rsid w:val="0088645B"/>
    <w:rsid w:val="00AA1D8D"/>
    <w:rsid w:val="00B47730"/>
    <w:rsid w:val="00CB0664"/>
    <w:rsid w:val="00EE11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334C5A"/>
  <w14:defaultImageDpi w14:val="300"/>
  <w15:docId w15:val="{299B1ACC-0C09-4C0F-AE4A-5AAA5DF0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Loredana Neagoe</cp:lastModifiedBy>
  <cp:revision>3</cp:revision>
  <dcterms:created xsi:type="dcterms:W3CDTF">2013-12-23T23:15:00Z</dcterms:created>
  <dcterms:modified xsi:type="dcterms:W3CDTF">2026-09-25T12:08:00Z</dcterms:modified>
  <cp:category/>
</cp:coreProperties>
</file>