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93303" w14:textId="77777777" w:rsidR="00BE5FCA" w:rsidRPr="00AB3A14" w:rsidRDefault="00000000" w:rsidP="00AB3A14">
      <w:pPr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b/>
          <w:sz w:val="24"/>
          <w:szCs w:val="24"/>
        </w:rPr>
        <w:t>CONSILIUL JUDEȚEAN DOLJ</w:t>
      </w:r>
    </w:p>
    <w:p w14:paraId="1FC6DDF9" w14:textId="77777777" w:rsidR="00BE5FCA" w:rsidRPr="00AB3A14" w:rsidRDefault="00000000" w:rsidP="00AB3A14">
      <w:pPr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b/>
          <w:sz w:val="24"/>
          <w:szCs w:val="24"/>
        </w:rPr>
        <w:t>ANEXA 4 – CERERE DE PLATĂ</w:t>
      </w:r>
    </w:p>
    <w:p w14:paraId="2B3E51CE" w14:textId="77777777" w:rsidR="00BE5FCA" w:rsidRPr="00AB3A14" w:rsidRDefault="00000000" w:rsidP="00AB3A14">
      <w:pPr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b/>
          <w:sz w:val="24"/>
          <w:szCs w:val="24"/>
        </w:rPr>
        <w:t>Activități de tineret – anul 2026</w:t>
      </w:r>
    </w:p>
    <w:p w14:paraId="10D51618" w14:textId="77777777" w:rsidR="00BE5FCA" w:rsidRPr="00AB3A14" w:rsidRDefault="00000000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sz w:val="24"/>
          <w:szCs w:val="24"/>
        </w:rPr>
        <w:t>Contract de finanțare nr.: __________ / 2026</w:t>
      </w:r>
    </w:p>
    <w:p w14:paraId="59BD4A6B" w14:textId="77777777" w:rsidR="00BE5FCA" w:rsidRPr="00AB3A14" w:rsidRDefault="00000000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sz w:val="24"/>
          <w:szCs w:val="24"/>
        </w:rPr>
        <w:t>Data: __________</w:t>
      </w:r>
    </w:p>
    <w:p w14:paraId="4DDCD173" w14:textId="77777777" w:rsidR="00BE5FCA" w:rsidRPr="00AB3A14" w:rsidRDefault="00000000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sz w:val="24"/>
          <w:szCs w:val="24"/>
        </w:rPr>
        <w:t>Beneficiar: ______________________________________________</w:t>
      </w:r>
    </w:p>
    <w:p w14:paraId="2B5BF5CE" w14:textId="77777777" w:rsidR="00BE5FCA" w:rsidRPr="00AB3A14" w:rsidRDefault="00000000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sz w:val="24"/>
          <w:szCs w:val="24"/>
        </w:rPr>
        <w:t>Titlul proiectului: _________________________________________</w:t>
      </w:r>
    </w:p>
    <w:p w14:paraId="01F1AF30" w14:textId="77777777" w:rsidR="00BE5FCA" w:rsidRPr="00AB3A14" w:rsidRDefault="00000000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sz w:val="24"/>
          <w:szCs w:val="24"/>
        </w:rPr>
        <w:t>Cererea de plată nr.: ______</w:t>
      </w:r>
    </w:p>
    <w:p w14:paraId="2FDA85A0" w14:textId="77777777" w:rsidR="00BE5FCA" w:rsidRPr="00AB3A14" w:rsidRDefault="00000000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sz w:val="24"/>
          <w:szCs w:val="24"/>
        </w:rPr>
        <w:t xml:space="preserve">Tipul tranșei: </w:t>
      </w:r>
      <w:r w:rsidRPr="00AB3A14">
        <w:rPr>
          <w:rFonts w:ascii="Segoe UI Symbol" w:hAnsi="Segoe UI Symbol" w:cs="Segoe UI Symbol"/>
          <w:sz w:val="24"/>
          <w:szCs w:val="24"/>
        </w:rPr>
        <w:t>☐</w:t>
      </w:r>
      <w:r w:rsidRPr="00AB3A14">
        <w:rPr>
          <w:rFonts w:ascii="Times New Roman" w:hAnsi="Times New Roman" w:cs="Times New Roman"/>
          <w:sz w:val="24"/>
          <w:szCs w:val="24"/>
        </w:rPr>
        <w:t xml:space="preserve"> avans 30% </w:t>
      </w:r>
      <w:r w:rsidRPr="00AB3A14">
        <w:rPr>
          <w:rFonts w:ascii="Segoe UI Symbol" w:hAnsi="Segoe UI Symbol" w:cs="Segoe UI Symbol"/>
          <w:sz w:val="24"/>
          <w:szCs w:val="24"/>
        </w:rPr>
        <w:t>☐</w:t>
      </w:r>
      <w:r w:rsidRPr="00AB3A14">
        <w:rPr>
          <w:rFonts w:ascii="Times New Roman" w:hAnsi="Times New Roman" w:cs="Times New Roman"/>
          <w:sz w:val="24"/>
          <w:szCs w:val="24"/>
        </w:rPr>
        <w:t xml:space="preserve"> intermediară 60% </w:t>
      </w:r>
      <w:r w:rsidRPr="00AB3A14">
        <w:rPr>
          <w:rFonts w:ascii="Segoe UI Symbol" w:hAnsi="Segoe UI Symbol" w:cs="Segoe UI Symbol"/>
          <w:sz w:val="24"/>
          <w:szCs w:val="24"/>
        </w:rPr>
        <w:t>☐</w:t>
      </w:r>
      <w:r w:rsidRPr="00AB3A14">
        <w:rPr>
          <w:rFonts w:ascii="Times New Roman" w:hAnsi="Times New Roman" w:cs="Times New Roman"/>
          <w:sz w:val="24"/>
          <w:szCs w:val="24"/>
        </w:rPr>
        <w:t xml:space="preserve"> finală (max. 10%)</w:t>
      </w:r>
    </w:p>
    <w:p w14:paraId="6D452603" w14:textId="77777777" w:rsidR="00BE5FCA" w:rsidRPr="00AB3A14" w:rsidRDefault="00000000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sz w:val="24"/>
          <w:szCs w:val="24"/>
        </w:rPr>
        <w:t>Suma solicitată: __________ lei</w:t>
      </w:r>
    </w:p>
    <w:p w14:paraId="10D03E99" w14:textId="77777777" w:rsidR="00BE5FCA" w:rsidRPr="00AB3A14" w:rsidRDefault="00000000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sz w:val="24"/>
          <w:szCs w:val="24"/>
        </w:rPr>
        <w:t>Cont IBAN: ______________________________________________</w:t>
      </w:r>
    </w:p>
    <w:p w14:paraId="1FFE30A7" w14:textId="77777777" w:rsidR="00BE5FCA" w:rsidRPr="00AB3A14" w:rsidRDefault="00000000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sz w:val="24"/>
          <w:szCs w:val="24"/>
        </w:rPr>
        <w:t>Instituția de credit/Trezorerie: _____________________________</w:t>
      </w:r>
    </w:p>
    <w:p w14:paraId="759D2B90" w14:textId="77777777" w:rsidR="00BE5FCA" w:rsidRPr="00AB3A14" w:rsidRDefault="00000000" w:rsidP="00AB3A14">
      <w:pPr>
        <w:pStyle w:val="Heading2"/>
        <w:jc w:val="both"/>
        <w:rPr>
          <w:rFonts w:ascii="Times New Roman" w:hAnsi="Times New Roman" w:cs="Times New Roman"/>
          <w:szCs w:val="24"/>
        </w:rPr>
      </w:pPr>
      <w:r w:rsidRPr="00AB3A14">
        <w:rPr>
          <w:rFonts w:ascii="Times New Roman" w:hAnsi="Times New Roman" w:cs="Times New Roman"/>
          <w:szCs w:val="24"/>
        </w:rPr>
        <w:t>JUSTIFICAREA CERERII</w:t>
      </w:r>
    </w:p>
    <w:p w14:paraId="299D3CA8" w14:textId="77777777" w:rsidR="00BE5FCA" w:rsidRPr="00AB3A14" w:rsidRDefault="00000000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sz w:val="24"/>
          <w:szCs w:val="24"/>
        </w:rPr>
        <w:t>Pentru tranșa intermediară, se atașează raportul intermediar și documentele justificative prevăzute în contract, după cheltuirea a cel puțin 70% din avans.</w:t>
      </w:r>
    </w:p>
    <w:p w14:paraId="102CD0ED" w14:textId="77777777" w:rsidR="00BE5FCA" w:rsidRPr="00AB3A14" w:rsidRDefault="00000000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sz w:val="24"/>
          <w:szCs w:val="24"/>
        </w:rPr>
        <w:t>Pentru tranșa finală, cererea se depune împreună cu raportul final și documentele justificative, în condițiile contractului.</w:t>
      </w:r>
    </w:p>
    <w:p w14:paraId="2257CA0C" w14:textId="77777777" w:rsidR="00BE5FCA" w:rsidRPr="00AB3A14" w:rsidRDefault="00000000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sz w:val="24"/>
          <w:szCs w:val="24"/>
        </w:rPr>
        <w:t xml:space="preserve">Prin prezenta solicităm virarea sumei menționate, în conformitate cu contractul de </w:t>
      </w:r>
      <w:proofErr w:type="spellStart"/>
      <w:r w:rsidRPr="00AB3A14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AB3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3A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3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3A14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AB3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3A14"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 w:rsidRPr="00AB3A14">
        <w:rPr>
          <w:rFonts w:ascii="Times New Roman" w:hAnsi="Times New Roman" w:cs="Times New Roman"/>
          <w:sz w:val="24"/>
          <w:szCs w:val="24"/>
        </w:rPr>
        <w:t>.</w:t>
      </w:r>
    </w:p>
    <w:p w14:paraId="221B6B2D" w14:textId="77777777" w:rsidR="00AB3A14" w:rsidRPr="00AB3A14" w:rsidRDefault="00AB3A14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30740A36" w14:textId="77777777" w:rsidR="00AB3A14" w:rsidRPr="00AB3A14" w:rsidRDefault="00AB3A14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37CD3A65" w14:textId="77777777" w:rsidR="00AB3A14" w:rsidRPr="00AB3A14" w:rsidRDefault="00AB3A14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75C1558D" w14:textId="77777777" w:rsidR="00AB3A14" w:rsidRPr="00AB3A14" w:rsidRDefault="00000000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sz w:val="24"/>
          <w:szCs w:val="24"/>
        </w:rPr>
        <w:t>Reprezentant legal: _________________________</w:t>
      </w:r>
      <w:proofErr w:type="gramStart"/>
      <w:r w:rsidRPr="00AB3A14">
        <w:rPr>
          <w:rFonts w:ascii="Times New Roman" w:hAnsi="Times New Roman" w:cs="Times New Roman"/>
          <w:sz w:val="24"/>
          <w:szCs w:val="24"/>
        </w:rPr>
        <w:t xml:space="preserve">_  </w:t>
      </w:r>
      <w:proofErr w:type="spellStart"/>
      <w:r w:rsidRPr="00AB3A14">
        <w:rPr>
          <w:rFonts w:ascii="Times New Roman" w:hAnsi="Times New Roman" w:cs="Times New Roman"/>
          <w:sz w:val="24"/>
          <w:szCs w:val="24"/>
        </w:rPr>
        <w:t>Funcția</w:t>
      </w:r>
      <w:proofErr w:type="spellEnd"/>
      <w:proofErr w:type="gramEnd"/>
      <w:r w:rsidRPr="00AB3A14">
        <w:rPr>
          <w:rFonts w:ascii="Times New Roman" w:hAnsi="Times New Roman" w:cs="Times New Roman"/>
          <w:sz w:val="24"/>
          <w:szCs w:val="24"/>
        </w:rPr>
        <w:t>: ____________________</w:t>
      </w:r>
    </w:p>
    <w:p w14:paraId="1CEEFFCF" w14:textId="70728E13" w:rsidR="00BE5FCA" w:rsidRPr="00AB3A14" w:rsidRDefault="00000000" w:rsidP="00AB3A14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AB3A14">
        <w:rPr>
          <w:rFonts w:ascii="Times New Roman" w:hAnsi="Times New Roman" w:cs="Times New Roman"/>
          <w:sz w:val="24"/>
          <w:szCs w:val="24"/>
        </w:rPr>
        <w:br/>
        <w:t>Semnătura: ________________________________</w:t>
      </w:r>
      <w:proofErr w:type="gramStart"/>
      <w:r w:rsidRPr="00AB3A14">
        <w:rPr>
          <w:rFonts w:ascii="Times New Roman" w:hAnsi="Times New Roman" w:cs="Times New Roman"/>
          <w:sz w:val="24"/>
          <w:szCs w:val="24"/>
        </w:rPr>
        <w:t>_  Data</w:t>
      </w:r>
      <w:proofErr w:type="gramEnd"/>
      <w:r w:rsidRPr="00AB3A14">
        <w:rPr>
          <w:rFonts w:ascii="Times New Roman" w:hAnsi="Times New Roman" w:cs="Times New Roman"/>
          <w:sz w:val="24"/>
          <w:szCs w:val="24"/>
        </w:rPr>
        <w:t>: ______________________</w:t>
      </w:r>
    </w:p>
    <w:sectPr w:rsidR="00BE5FCA" w:rsidRPr="00AB3A14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7871504">
    <w:abstractNumId w:val="8"/>
  </w:num>
  <w:num w:numId="2" w16cid:durableId="621502291">
    <w:abstractNumId w:val="6"/>
  </w:num>
  <w:num w:numId="3" w16cid:durableId="606886945">
    <w:abstractNumId w:val="5"/>
  </w:num>
  <w:num w:numId="4" w16cid:durableId="432286440">
    <w:abstractNumId w:val="4"/>
  </w:num>
  <w:num w:numId="5" w16cid:durableId="402144020">
    <w:abstractNumId w:val="7"/>
  </w:num>
  <w:num w:numId="6" w16cid:durableId="240988013">
    <w:abstractNumId w:val="3"/>
  </w:num>
  <w:num w:numId="7" w16cid:durableId="68115949">
    <w:abstractNumId w:val="2"/>
  </w:num>
  <w:num w:numId="8" w16cid:durableId="2035155183">
    <w:abstractNumId w:val="1"/>
  </w:num>
  <w:num w:numId="9" w16cid:durableId="1054696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315D"/>
    <w:rsid w:val="0015074B"/>
    <w:rsid w:val="0029639D"/>
    <w:rsid w:val="00326F90"/>
    <w:rsid w:val="00AA1D8D"/>
    <w:rsid w:val="00AB3A14"/>
    <w:rsid w:val="00B47730"/>
    <w:rsid w:val="00BE5FC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484C01"/>
  <w14:defaultImageDpi w14:val="300"/>
  <w15:docId w15:val="{E87CE867-2562-4BEC-A1E8-CCEAAE68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Loredana Neagoe</cp:lastModifiedBy>
  <cp:revision>3</cp:revision>
  <dcterms:created xsi:type="dcterms:W3CDTF">2013-12-23T23:15:00Z</dcterms:created>
  <dcterms:modified xsi:type="dcterms:W3CDTF">2026-09-25T12:05:00Z</dcterms:modified>
  <cp:category/>
</cp:coreProperties>
</file>